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Von der Idee bis zum Angebot</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planen: Nutzung, Systeme und Genehmigung in Hamburg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40wintergarten.de/index.html" TargetMode="External"/><Relationship Id="rId10" Type="http://schemas.openxmlformats.org/officeDocument/2006/relationships/hyperlink" Target="https://oracle.040wintergarten.de/hausbau-1/wintergarten-planen-nutzung-systeme-und-genehmigung-in-hamburg-ac664c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